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Checklist dossier individuel animateur ou directeur</w:t>
      </w:r>
    </w:p>
    <w:p>
      <w:pPr>
        <w:spacing w:after="160"/>
      </w:pPr>
      <w:r>
        <w:t>Checklist des éléments administratifs et justificatifs à vérifier pour chaque membre de l’équipe.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Identité et affectation</w:t>
      </w:r>
    </w:p>
    <w:p>
      <w:pPr>
        <w:spacing w:after="60"/>
      </w:pPr>
      <w:r>
        <w:rPr>
          <w:sz w:val="18"/>
        </w:rPr>
        <w:t>☐  Identité / coordonnées</w:t>
      </w:r>
    </w:p>
    <w:p>
      <w:pPr>
        <w:spacing w:after="60"/>
      </w:pPr>
      <w:r>
        <w:rPr>
          <w:sz w:val="18"/>
        </w:rPr>
        <w:t>☐  Fonction et dates d’affectation</w:t>
      </w:r>
    </w:p>
    <w:p>
      <w:pPr>
        <w:spacing w:after="60"/>
      </w:pPr>
      <w:r>
        <w:rPr>
          <w:sz w:val="18"/>
        </w:rPr>
        <w:t>☐  Contrat / convention géré par l’employeur le cas échéant</w:t>
      </w:r>
    </w:p>
    <w:p>
      <w:r>
        <w:t>Observations : ................................................................................................................................................</w:t>
      </w:r>
    </w:p>
    <w:p>
      <w:pPr>
        <w:pStyle w:val="Heading1"/>
      </w:pPr>
      <w:r>
        <w:t>Qualification</w:t>
      </w:r>
    </w:p>
    <w:p>
      <w:pPr>
        <w:spacing w:after="60"/>
      </w:pPr>
      <w:r>
        <w:rPr>
          <w:sz w:val="18"/>
        </w:rPr>
        <w:t>☐  Diplôme / titre / équivalence</w:t>
      </w:r>
    </w:p>
    <w:p>
      <w:pPr>
        <w:spacing w:after="60"/>
      </w:pPr>
      <w:r>
        <w:rPr>
          <w:sz w:val="18"/>
        </w:rPr>
        <w:t>☐  Livret BAFA/BAFD si stagiaire</w:t>
      </w:r>
    </w:p>
    <w:p>
      <w:pPr>
        <w:spacing w:after="60"/>
      </w:pPr>
      <w:r>
        <w:rPr>
          <w:sz w:val="18"/>
        </w:rPr>
        <w:t>☐  Dates et validité lorsque applicable</w:t>
      </w:r>
    </w:p>
    <w:p>
      <w:pPr>
        <w:spacing w:after="60"/>
      </w:pPr>
      <w:r>
        <w:rPr>
          <w:sz w:val="18"/>
        </w:rPr>
        <w:t>☐  Justificatif archivé / accessible</w:t>
      </w:r>
    </w:p>
    <w:p>
      <w:r>
        <w:t>Observations : ................................................................................................................................................</w:t>
      </w:r>
    </w:p>
    <w:p>
      <w:pPr>
        <w:pStyle w:val="Heading1"/>
      </w:pPr>
      <w:r>
        <w:t>Santé / obligations internes</w:t>
      </w:r>
    </w:p>
    <w:p>
      <w:pPr>
        <w:spacing w:after="60"/>
      </w:pPr>
      <w:r>
        <w:rPr>
          <w:sz w:val="18"/>
        </w:rPr>
        <w:t>☐  Justificatif vaccination si demandé par le cadre applicable</w:t>
      </w:r>
    </w:p>
    <w:p>
      <w:pPr>
        <w:spacing w:after="60"/>
      </w:pPr>
      <w:r>
        <w:rPr>
          <w:sz w:val="18"/>
        </w:rPr>
        <w:t>☐  Contact d’urgence personnel si politique interne</w:t>
      </w:r>
    </w:p>
    <w:p>
      <w:r>
        <w:t>Observations : ................................................................................................................................................</w:t>
      </w:r>
    </w:p>
    <w:p>
      <w:pPr>
        <w:pStyle w:val="Heading1"/>
      </w:pPr>
      <w:r>
        <w:t>Contrôles organisateur</w:t>
      </w:r>
    </w:p>
    <w:p>
      <w:pPr>
        <w:spacing w:after="60"/>
      </w:pPr>
      <w:r>
        <w:rPr>
          <w:sz w:val="18"/>
        </w:rPr>
        <w:t>☐  Déclaration TAM / saisie équipe vérifiée</w:t>
      </w:r>
    </w:p>
    <w:p>
      <w:pPr>
        <w:spacing w:after="60"/>
      </w:pPr>
      <w:r>
        <w:rPr>
          <w:sz w:val="18"/>
        </w:rPr>
        <w:t>☐  Incapacité / honorabilité selon procédure de l’organisateur</w:t>
      </w:r>
    </w:p>
    <w:p>
      <w:pPr>
        <w:spacing w:after="60"/>
      </w:pPr>
      <w:r>
        <w:rPr>
          <w:sz w:val="18"/>
        </w:rPr>
        <w:t>☐  Prise de connaissance projets et consignes</w:t>
      </w:r>
    </w:p>
    <w:p>
      <w:r>
        <w:t>Observations : ................................................................................................................................................</w:t>
      </w:r>
    </w:p>
    <w:p>
      <w:pPr>
        <w:pStyle w:val="Heading1"/>
      </w:pPr>
      <w:r>
        <w:t>Suivi</w:t>
      </w:r>
    </w:p>
    <w:p>
      <w:pPr>
        <w:spacing w:after="60"/>
      </w:pPr>
      <w:r>
        <w:rPr>
          <w:sz w:val="18"/>
        </w:rPr>
        <w:t>☐  Date du contrôle</w:t>
      </w:r>
    </w:p>
    <w:p>
      <w:pPr>
        <w:spacing w:after="60"/>
      </w:pPr>
      <w:r>
        <w:rPr>
          <w:sz w:val="18"/>
        </w:rPr>
        <w:t>☐  Contrôleur</w:t>
      </w:r>
    </w:p>
    <w:p>
      <w:pPr>
        <w:spacing w:after="60"/>
      </w:pPr>
      <w:r>
        <w:rPr>
          <w:sz w:val="18"/>
        </w:rPr>
        <w:t>☐  Pièces manquantes</w:t>
      </w:r>
    </w:p>
    <w:p>
      <w:pPr>
        <w:spacing w:after="60"/>
      </w:pPr>
      <w:r>
        <w:rPr>
          <w:sz w:val="18"/>
        </w:rPr>
        <w:t>☐  Date de régularisation</w:t>
      </w:r>
    </w:p>
    <w:p>
      <w:r>
        <w:t>Observations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AJ-ACM-025 - version 1.0 - vérifié le 28/08/2026 - animyjob.com/documents-acm/dossier-individuel-personnel-acm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